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תרומה ולמה חשוב לעזור לאחרים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נכונות להקשיב ולשאול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חפצים, סיפורים ועץ המשפחה ליישוב שבו אנחנו 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זמן, רעיון ולב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לבד היה קשה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בזכות האנשים שעוזרים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מסתכלים, מהנהנים ולא מפריעים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ציור שציירתי בגן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ספרי לי על הבית שבו גדלת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תרומה היא גם זמן, רעיון ולב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אנשים שעוזרים ואוהבים יכולים להיות חלק מהמשפחה שבחרתי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הקשבה היא בלי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הגודל אינו הסיבה, אלא האנשים שעוזרים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להפריע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בחרתי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(זמן, רעיון ולב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(להסתכל ולהנהן בלי להפריע)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(אנשים שעוזרים אחד לשני)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(מקבלת תשובה ארוכה ומספרת 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(דבר ישן עם זיכרון מיוחד)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מקשיבים לסיפור של בן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שאלה פתוחה על 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מגלים פרט חדש או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או מציירים את הגילוי בעץ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-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יכתוב שם החפץ, מי נתן אותו ולמה הוא מיוחד או מזכיר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שמתחילה במילים כמו ספר/י לי, איך היה, ולא שאלה עם כן/לא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תרומה היא זמן, רעיון או לב טוב ולא רק 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מסתכלים, מהנהנים ולא מפריעים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שמקבלת תשובה ארוכה כמו ספר לי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חלק ההתאמה והסדר בקבוצות קטנות לפני המילוי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skip_n בגרסה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שורשים ומקום – המשפחה שלי והיישוב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רעיונות על משפחה, יישוב, תרומה והקשבה, בדיוק כמו שלמדנו במשחקים ובסיפורים בנושא שורשים ומקום.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תרומה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זמן, רעיון ולב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כל משפחה עוזרת למשפחה אחרת?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לבד היה קשה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קיבלו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ברירה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היישוב נעים ובטוח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בו הרבה מכוניות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בזכות האנשים שעוזרים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יש בו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כשמקשיבים למישהו?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מדברים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מסתכלים, מהנהנים ולא מפריעים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יוצאים מהחדר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יכול להיות 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עיפרון חדש מהחנות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שקית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 שציירתי בגן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שאלה היא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לך כלב?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לי על הבית שבו גדלת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אהבת את 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לך אחים?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תרומה יכולה להיות גם עזרה בלי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שכנה שעוזרת כשאני חולה לא יכולה להיות חלק מהמשפחה שבחרתי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כשמקשיבים לחבר אפשר להפריע ולדבר יחד איתו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עומר בסיפור גילה שהשם שלו עוד לא כתוב בעץ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טל בסיפור גילתה שהשם שלה הוא גם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בטוח ונעים הוא תמיד יישוב גדול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תרומה יכולה להיות זמן, רעיון או __________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כשמקשיבים צריך להסתכל, להנהן ולא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עומר גילה שהשם שלו עוד לא כתוב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טל גילתה שהשם שלה הוא גם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פתוחה מקבלת תשובה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אנשים שעוזרים לנו ואוהבים אותנו אבל אינם קרובי משפחה נקראים המשפחה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תרומה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דבר ישן עם זיכרון מיוחד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זמן, רעיון ולב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יישוב בטוח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מקבלת תשובה ארוכה ומספרת 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שעוזרים אחד לשני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חפץ עם סיפור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להסתכל ולהנהן בלי להפריע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שאלה פתוחה על העבר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לסיפור של בן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או מציירים את הגילוי בעץ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מגלים פרט חדש או מעניין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 -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 מיוחד בבית שלכם ועל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פתוחה אחת שהייתם שואלים סבא או סבתא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תרומה לפי מה שלמדנו?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כשמקשיבים נכון למישהו?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לשאלה פתוחה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שורשים ומקום – המשפחה שלי והיישוב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