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תרומה ולמה חשוב לעזור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להקשיב ולשאול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חפצים, סיפורים ועץ המשפחה ליישוב שבו אנחנו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זמן, רעיון ולב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לבד היה קשה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בזכות האנשים שעוזרים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מסתכלים, מהנהנים ולא מפריעים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ציור שציירתי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ספרי לי על הבית שבו גדלת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תרומה היא גם זמן, רעיון ולב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שעוזרים ואוהבים יכולים להיות חלק מהמשפחה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הקשבה היא בלי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הגודל אינו הסיבה, אלא האנשים שעוזרים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(זמן, רעיון ולב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(להסתכל ולהנהן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(אנשים שעוזרים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(מקבלת תשובה ארוכה ומספרת 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(דבר ישן עם זיכרון מיוחד)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מקשיבים לסיפור של בן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שאלה פתוחה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מגלים פרט חדש או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מציירים את הגילוי בעץ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שם החפץ, מי נתן אותו ולמה הוא מיוחד או מזכיר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שמתחילה במילים כמו ספר/י לי, איך היה, ולא שאלה עם כן/לא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תרומה היא זמן, רעיון או לב טוב ולא רק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מסתכלים, מהנהנים ולא מפריעים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שמקבלת תשובה ארוכה כמו ספר לי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חלק ההתאמה והסדר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ורעיונות על משפחה, יישוב ועזרה לאחרים. נדבר על הקשבה ועל סיפורים של חפצים.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זמן, רעיון או לב טוב, ולא רק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גרה המשפחה, כמו כפר או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להקשיב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להסתכל, להנהן ולא להפריע כשמישהו מדבר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ארוכה ומספרת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ואת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המשפחה שבחרתי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קרובים שאינם קרובי משפחה אך עוזרים ואוהבים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עם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ישן ומיוחד שיש לו זיכרון או סיפור מאחוריו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לתרום?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זמן, רעיון ולב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משפחות עוזרות אחת לשנייה?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לבד היה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קיבלו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ליישוב להיות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בו הרבה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בזכות האנשים שעוזרים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בו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מקשיבים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מסתכלים, מהנהנים ולא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חפץ יש לו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עיפרון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שציירתי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מקבלת תשובה ארוכה?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לך אחים?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תרומה יכולה להיות גם עזרה בלי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שכנה שעוזרת כשאני חולה לא יכולה להיות חלק מהמשפחה שבחרתי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כשמקשיבים לחבר אפשר להפריע ולדבר יחד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בסיפור גילה שהשם שלו עוד לא כתוב בעץ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 בסיפור גילתה שהשם שלה הוא גם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בטוח ונעים הוא תמיד יישוב גדול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תרומה יכולה להיות זמן, רעיון או __________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כשמקשיבים צריך להסתכל, להנהן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גילה שהשם שלו עוד לא כתוב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טל גילתה שהשם שלה הוא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פתוחה מקבלת תשובה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אנשים שעוזרים לנו ואוהבים אותנו אבל אינם קרובי משפחה נקראים המשפחה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להסתכל ולהנהן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מקבלת תשובה ארוכה ומספרת 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יישוב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זמן, רעיון ולב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ישן עם זיכרון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שעוזרים אחד לשני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מציירים את הגילוי בעץ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מגלים פרט חדש או מעניין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פתוחה על העבר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לסיפור של בן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מיוחד בבית שלכם ועל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פתוחה אחת שהייתם שואלים סבא או סבתא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תרומה לפי מה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כשמקשיבים נכון למישהו?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