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תרומה ולמה חשוב לעזור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להקשיב ולשאול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חפצים, סיפורים ועץ המשפחה ליישוב שבו אנחנו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בזכות האנשים שעוזרים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תרומה היא גם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הקשבה היא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מסופר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(זמן, רעיון ולב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(להסתכל ולהנהן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(אנשים שעוזרים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(מקבלת תשובה ארוכה ומספרת 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מקשיבים לסיפור של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שאלה פתוחה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מגלים פרט חדש או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מציירים את הגילוי בעץ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החפץ, מי נתן אותו ולמה הוא מיוחד או מזכיר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היא זמן, רעיון או לב טוב ולא רק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מסתכלים, מהנהנים ולא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שמקבלת תשובה ארוכה כמו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חלק ההתאמה והסדר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רעיונות על משפחה, יישוב, תרומה והקשבה, בדיוק כמו שלמדנו במשחקים ובסיפורים בנושא שורשים ומקום.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להפריע  ·  לב  ·  עץ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תרומה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זמן, רעיון ולב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כל משפחה עוזרת למשפחה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היה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היישוב נעים ובטוח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יש בו הרבה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בזכות האנשים שעוזרים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תרומה יכולה להיות גם עזרה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כשמקשיבים לחבר אפשר להפריע ולדבר יחד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עומר בסיפור גילה שהשם שלו עוד לא כתוב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תרומה יכולה להיות זמן, רעיון או __________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כשמקשיבים צריך להסתכל, להנהן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עומר גילה שהשם שלו עוד לא כתוב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תרומה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מקבלת תשובה ארוכה ומספרת 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שעוזרים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יישוב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להסתכל ולהנהן בלי להפריע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זמן, רעיון ולב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מגלים פרט חדש או מעניין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לסיפור של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או מציירים את הגילוי בעץ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שאלה פתוחה על 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חפץ מיוחד בבית שלכם ועל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תרומה לפי מה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כשמקשיבים נכון למישהו?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